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צריך כדי להקים יישוב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המקום שלנו פעם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לחקור את ההיסטוריה של היישוב ולתרגל מילים מהשורש ב־ק־ר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להתחבר למקומות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המילה מייסדים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תושב ותיק זוכר דברים מהעבר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ששומרים בו תמונות ומסמכים 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שגר במקום הרבה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למצוא מקום עם מקור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לבנות את הבתים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לבנות בית ספר ומקומות ציבוריים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היישוב גדל ומתפתח עם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מקרה לחשיבה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מקור מים, בית או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ביקור, לבקר או מבקר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על העבר של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איך נראה האזור של בית הספר לפני שנים רבות, לפני הציור הכפול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תושב ותיק אמיתי או לספר סיפור קצר על שם רחוב מוכר כדי לחבר למקרה של נטע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לתלמידים לבחור את רמת משימת הכתיבה בעצמם, ולעודד 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יוצאים למסע בזמן אל הימים הראשונים של היישוב שלכם, ולומדים מה המייסדים היו צריכים כדי להתחיל, ואיך אפשר לגלות סיפורים מהעבר.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מקור  ·  ותיק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המייסדים של יישוב היו צריכים למצוא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חנות 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 היה לסלול דרך או שביל ביישוב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להתחבר למקומות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לשחק בכדורגל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לצייר ציורים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המייסדים הם האנשים הראשונים שהגיעו למקום והקימו את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תושב ותיק יכול לספר סיפורים על ההיסטוריה של היישוב.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שבונים בתים, המייסדים צריכים למצוא __________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שגר הרבה שנים במקום נקרא תושב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ששומרים בו תמונות ומסמכים ישנים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ארכיון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מישהו שגר במקום הרבה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האנשים הראשונים שהקימו את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לבנות בית ספר ומקומות ציבוריים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גדל ומתפתח עם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למצוא מקום עם מקור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לבנות את הבתים הראשונים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מקרה לחשיבה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דבר אחד שהמייסדים היו צריכים כדי להתחיל יישוב: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מילה אחת מהשורש ב־ק־ר: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