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היישוב שלי – איך הכול התחיל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היה צריך כדי להקים יישוב בעבר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המקום שלנו פעם והיום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דרכים לחקור את ההיסטוריה של היישוב ולתרגל מילים מהשורש ב־ק־ר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מקור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כדי להתחבר למקומות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לשאול תושבים ותיקים ולחפש תמונות ישנות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תושב ותיק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של המילה מייסדים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לרוב יש סיפור או סיבה מאחורי שם הרחוב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תושב ותיק זוכר דברים מהעבר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אפשר לשאול תושבים ותיקים ולחפש תמונות ומסמכים ישנים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היישובים התפתחו בהדרגה לאורך השנים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מקור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ותיק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ביקור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מבקר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(האנשים הראשונים שהקימו את היישוב)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(מקום ששומרים בו תמונות ומסמכים ישנים)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(מישהו שגר במקום הרבה שנים)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(באר או נהר שנותן מים לשתייה ולחקלאות)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(סיפורים ומנהגים שעוברים מדור לדור)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הקמת היישוב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למצוא מקום עם מקור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לבנות את הבתים הראשונים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לסלול דרך או שביל לחיבור למקומות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לבנות בית ספר ומקומות ציבוריים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היישוב גדל ומתפתח עם הזמן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מקרה לחשיבה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היא יכולה לשאול תושבים ותיקים, לחפש בארכיון של היישוב, או לשאול במקום שאוספים מידע על ההיסטוריה המקומית.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הגיונית כמו מקור מים, בית או 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כמו ביקור, לבקר או מבקר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רלוונטית על העבר של היישוב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בשיחה קצרה על איך נראה האזור של בית הספר לפני שנים רבות, לפני הציור הכפול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להזמין תושב ותיק אמיתי או לספר סיפור קצר על שם רחוב מוכר כדי לחבר למקרה של נטע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לתת לתלמידים לבחור את רמת משימת הכתיבה בעצמם, ולעודד שיתוף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היישוב שלי – איך הכול התחיל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איך יישוב מתחיל, מה האנשים הראשונים היו צריכים, ואיך שואלים על העבר של המקום שלנו.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מייסדים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האנשים הראשונים שהגיעו למקום והקימו את היישוב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יישוב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שבו גרים הרבה אנשים ביחד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תושב ותיק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מישהו שגר במקום הרבה מאוד שנים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ארכיון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ששומרים בו תמונות ומסמכים ישנים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מקור מים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באר, נהר או מעיין שנותנים מים לשתייה ולחקלאות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מסורת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סיפורים ומנהגים שעוברים מדור לדור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האותיות הבסיסיות שחוזרות במילים מאותה משפחה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היה הדבר הכי חשוב לחפש כדי להתחיל יישוב?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מקור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חנות צעצועים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בית קולנוע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מגרש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צריך דרך שמחברת בין מקומות?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להתחבר למקומות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לשחק בכדורגל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לצייר ציורים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לישון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מגלים איך המקום נראה פעם?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לשאול תושבים ותיקים ולחפש תמונות ישנות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להמציא 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לשאול רק ילדים קטנים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לדעת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המילה לאדם שגר הרבה שנים במקום?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תושב ותיק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שכן חדש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המייסדים הם האנשים הראשונים שהגיעו למקום והקימו את היישוב.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שמות של רחובות תמיד נבחרים במקרה, בלי שום סיבה.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תושב ותיק יכול לספר סיפורים על ההיסטוריה של היישוב.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אפשר ללמוד שום דבר על העבר של המקום שבו אנחנו גרים.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פעם, לפני הרבה שנים, היו במקומות רבים שדות ועצים ולא כבישים.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שבונים בתים, המייסדים צריכים למצוא __________ 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 שגר הרבה שנים במקום נקרא תושב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כשהולכים לראות מקום או אדם, עושים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נטע יכולה ל__________ אצל תושבים ותיקים כדי לשמוע סיפורים מהעבר.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אדם שבא לראות מקום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מייסדים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מקום ששומרים בו תמונות ומסמכים ישנים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ארכיון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באר או נהר שנותן מים לשתייה ולחקלאות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תושב ותיק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סיפורים ומנהגים שעוברים מדור לדור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מקור 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האנשים הראשונים שהקימו את היישוב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מסורת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מישהו שגר במקום הרבה שנים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הקמת היישוב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לסלול דרך או שביל לחיבור למקומות אחרים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היישוב גדל ומתפתח עם הזמן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לבנות בית ספר ומקומות ציבוריים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לבנות את הבתים הראשונים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למצוא מקום עם מקור 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מקרה לחשיבה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נטע רוצה לדעת למה קוראים לרחוב שלה 'רחוב התאנה', אבל בכיתה אומרים לה שזה לא חשוב. לאן או למי כדאי לה לפנות כדי למצוא תשובה?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דבר אחד שהמייסדים היו צריכים כדי להתחיל יישוב: 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מילה אחת מהשורש ב־ק־ר: 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שאלה אחת שהייתם שואלים תושב ותיק: 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היישוב שלי – איך הכול התחיל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