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היה צריך כדי להקים יישוב בעבר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המקום שלנו פעם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לחקור את ההיסטוריה של היישוב ולתרגל מילים מהשורש ב־ק־ר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להתחבר למקומות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לשאול תושבים ותיקים ולחפש תמונות ישנות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תושב ותיק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המילה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לרוב יש סיפור או סיבה מאחורי שם הרחוב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תושב ותיק זוכר דברים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לשאול תושבים ותיקים ולחפש תמונות ומסמכים ישנים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היישובים התפתחו בהדרגה לאורך השנים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(האנשים הראשונים שהקימו את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ששומרים בו תמונות ומסמכים 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(מישהו שגר במקום הרבה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(באר או נהר שנותן מים לשתייה ולחקלאות)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(סיפורים ומנהגים שעוברים מדור לדור)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הקמת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למצוא מקום עם מקור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לבנות את הבתים הראשונים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לסלול דרך או שביל לחיבור למקומות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לבנות בית ספר ומקומות ציבוריים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היישוב גדל ומתפתח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מקרה לחשיבה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יכולה לשאול תושבים ותיקים, לחפש בארכיון של היישוב, או לשאול במקום שאוספים מידע על ההיסטוריה המקומית.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כמו מקור מים, בית או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ביקור, לבקר או מבקר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על העבר של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איך נראה האזור של בית הספר לפני שנים רבות, לפני הציור הכפול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להזמין תושב ותיק אמיתי או לספר סיפור קצר על שם רחוב מוכר כדי לחבר למקרה של נטע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לתלמידים לבחור את רמת משימת הכתיבה בעצמם, ולעודד 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יוצאים למסע בזמן אל הימים הראשונים של היישוב שלכם, ולומדים מה המייסדים היו צריכים כדי להתחיל, ואיך אפשר לגלות סיפורים מהעבר.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המייסדים של יישוב היו צריכים למצוא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חנות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מגרש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היה לסלול דרך או שביל ביישוב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להתחבר למקומות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לשחק בכדורגל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לישון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לדעת איך נראה המקום לפני הרבה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תושבים ותיקים ולחפש תמונות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להמציא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לשאול רק 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לאדם שגר הרבה שנים באותו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תושב ותיק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הם האנשים הראשונים שהגיעו למקום והקימו את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של רחובות תמיד נבחרים במקרה, בלי שום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תושב ותיק יכול לספר סיפורים על ההיסטוריה של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ללמוד שום דבר על העבר של המקום שבו אנחנו 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פעם, לפני הרבה שנים, היו במקומות רבים שדות ועצים ולא כבישים.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שבונים בתים, המייסדים צריכים למצוא __________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שגר הרבה שנים במקום נקרא תושב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כשהולכים לראות מקום או אדם, עושים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נטע יכולה ל__________ אצל תושבים ותיקים כדי לשמוע סיפורים מהעבר.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אדם שבא לראות מקום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ששומרים בו תמונות ומסמכים ישנים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ארכיון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באר או נהר שנותן מים לשתייה ולחקלאות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סיפורים ומנהגים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מישהו שגר במקום הרבה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האנשים הראשונים שהקימו את היישוב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הקמת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לבנות את הבתים הראשונים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גדל ומתפתח עם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לבנות בית ספר ומקומות ציבוריים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לסלול דרך או שביל לחיבור למקומות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מקום עם מקור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מקרה לחשיבה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נטע רוצה לדעת למה קוראים לרחוב שלה 'רחוב התאנה', אבל בכיתה אומרים לה שזה לא חשוב. לאן או למי כדאי לה לפנות כדי למצוא תשובה?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שהמייסדים היו צריכים כדי להתחיל יישוב: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אחת מהשורש ב־ק־ר: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אחת שהייתם שואלים תושב ותיק: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